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DM-MINIMODE</w:t>
      </w:r>
    </w:p>
    <w:p>
      <w:pPr>
        <w:jc w:val="center"/>
      </w:pPr>
      <w:r>
        <w:rPr>
          <w:b/>
          <w:sz w:val="26"/>
        </w:rPr>
        <w:t>RETOURFORMULIER</w:t>
      </w:r>
    </w:p>
    <w:p>
      <w:pPr>
        <w:jc w:val="center"/>
      </w:pPr>
      <w:r>
        <w:rPr>
          <w:i/>
          <w:sz w:val="18"/>
        </w:rPr>
        <w:t>Voor een snelle en correcte verwerking van je retour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Naam</w:t>
            </w:r>
          </w:p>
        </w:tc>
        <w:tc>
          <w:tcPr>
            <w:tcW w:type="dxa" w:w="5256"/>
          </w:tcPr>
          <w:p>
            <w:r>
              <w:t>____________________________________________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>Ordernummer</w:t>
            </w:r>
          </w:p>
        </w:tc>
        <w:tc>
          <w:tcPr>
            <w:tcW w:type="dxa" w:w="5256"/>
          </w:tcPr>
          <w:p>
            <w:r>
              <w:t>____________________________________________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>Datum ontvangst bestelling</w:t>
            </w:r>
          </w:p>
        </w:tc>
        <w:tc>
          <w:tcPr>
            <w:tcW w:type="dxa" w:w="5256"/>
          </w:tcPr>
          <w:p>
            <w:r>
              <w:t>____________________________________________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>E-mailadres</w:t>
            </w:r>
          </w:p>
        </w:tc>
        <w:tc>
          <w:tcPr>
            <w:tcW w:type="dxa" w:w="5256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2"/>
        </w:rPr>
        <w:t>Welke artikelen stuur je retour?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vAlign w:val="center"/>
          </w:tcPr>
          <w:p>
            <w:r>
              <w:rPr>
                <w:b/>
              </w:rPr>
              <w:t>Aantal</w:t>
            </w:r>
          </w:p>
        </w:tc>
        <w:tc>
          <w:tcPr>
            <w:tcW w:type="dxa" w:w="2102"/>
            <w:vAlign w:val="center"/>
          </w:tcPr>
          <w:p>
            <w:r>
              <w:rPr>
                <w:b/>
              </w:rPr>
              <w:t>Artikel / omschrijving</w:t>
            </w:r>
          </w:p>
        </w:tc>
        <w:tc>
          <w:tcPr>
            <w:tcW w:type="dxa" w:w="2102"/>
            <w:vAlign w:val="center"/>
          </w:tcPr>
          <w:p>
            <w:r>
              <w:rPr>
                <w:b/>
              </w:rPr>
              <w:t>Maat</w:t>
            </w:r>
          </w:p>
        </w:tc>
        <w:tc>
          <w:tcPr>
            <w:tcW w:type="dxa" w:w="2102"/>
            <w:vAlign w:val="center"/>
          </w:tcPr>
          <w:p>
            <w:r>
              <w:rPr>
                <w:b/>
              </w:rPr>
              <w:t>Prijs</w:t>
            </w:r>
          </w:p>
        </w:tc>
        <w:tc>
          <w:tcPr>
            <w:tcW w:type="dxa" w:w="2102"/>
            <w:vAlign w:val="center"/>
          </w:tcPr>
          <w:p>
            <w:r>
              <w:rPr>
                <w:b/>
              </w:rPr>
              <w:t>Retourreden</w:t>
            </w:r>
          </w:p>
        </w:tc>
      </w:tr>
      <w:tr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</w:tr>
      <w:tr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</w:tr>
      <w:tr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</w:tr>
      <w:tr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</w:tr>
      <w:tr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  <w:tc>
          <w:tcPr>
            <w:tcW w:type="dxa" w:w="2102"/>
            <w:vAlign w:val="center"/>
          </w:tcPr>
          <w:p>
            <w:r>
              <w:br/>
            </w:r>
          </w:p>
        </w:tc>
      </w:tr>
    </w:tbl>
    <w:p/>
    <w:p>
      <w:r>
        <w:rPr>
          <w:b/>
          <w:sz w:val="22"/>
        </w:rPr>
        <w:t>Retourredenen</w:t>
      </w:r>
    </w:p>
    <w:p>
      <w:r>
        <w:t>☐ 1. Verkeerde maat / past niet</w:t>
      </w:r>
    </w:p>
    <w:p>
      <w:r>
        <w:t>☐ 2. Artikel bevalt niet</w:t>
      </w:r>
    </w:p>
    <w:p>
      <w:r>
        <w:t>☐ 3. Verkeerd artikel ontvangen</w:t>
      </w:r>
    </w:p>
    <w:p>
      <w:r>
        <w:t>☐ 4. Artikel is beschadigd / heeft een gebrek</w:t>
      </w:r>
    </w:p>
    <w:p>
      <w:r>
        <w:t>☐ 5. Artikel wijkt af van de verwachting</w:t>
      </w:r>
    </w:p>
    <w:p>
      <w:r>
        <w:t>☐ 6. Anders, namelijk: ____________________________________________</w:t>
      </w:r>
    </w:p>
    <w:p/>
    <w:p>
      <w:r>
        <w:rPr>
          <w:b/>
          <w:sz w:val="22"/>
        </w:rPr>
        <w:t>Belangrijk bij retourneren</w:t>
      </w:r>
    </w:p>
    <w:p>
      <w:r>
        <w:t>• Meld je retour binnen 14 dagen na ontvangst van je bestelling per e-mail.</w:t>
      </w:r>
    </w:p>
    <w:p>
      <w:r>
        <w:t>• Na de retourmelding stuur je het artikel binnen 14 dagen terug.</w:t>
      </w:r>
    </w:p>
    <w:p>
      <w:r>
        <w:t>• Behandel het artikel zorgvuldig en stuur het, indien redelijkerwijs mogelijk, in de originele staat en verpakking terug.</w:t>
      </w:r>
    </w:p>
    <w:p>
      <w:r>
        <w:t>• De rechtstreekse kosten van het terugsturen zijn voor rekening van de klant.</w:t>
      </w:r>
    </w:p>
    <w:p>
      <w:r>
        <w:t>• Bewaar je verzendbewijs totdat je retour is verwerkt.</w:t>
      </w:r>
    </w:p>
    <w:p>
      <w:r>
        <w:rPr>
          <w:b/>
        </w:rPr>
        <w:t xml:space="preserve">Retour aanmelden: </w:t>
      </w:r>
      <w:r>
        <w:t>info@dmoriginal.nl</w:t>
      </w:r>
    </w:p>
    <w:p>
      <w:r>
        <w:rPr>
          <w:b/>
        </w:rPr>
        <w:t xml:space="preserve">Retouradres: </w:t>
      </w:r>
      <w:r>
        <w:t>DM Original</w:t>
        <w:br/>
        <w:t>Beeldsweg 31</w:t>
        <w:br/>
        <w:t>3214 VA Zuidland</w:t>
      </w:r>
    </w:p>
    <w:p/>
    <w:p>
      <w:r>
        <w:rPr>
          <w:b/>
          <w:sz w:val="22"/>
        </w:rPr>
        <w:t>Verklaring</w:t>
      </w:r>
    </w:p>
    <w:p>
      <w:r>
        <w:t>Hierbij laat ik weten dat ik gebruik wil maken van mijn herroepingsrecht voor de hierboven vermelde artikelen. Ik heb de retour volgens het retourbeleid van DM-MINIMODE / DM Original aangemeld.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5256"/>
          </w:tcPr>
          <w:p>
            <w:r>
              <w:rPr>
                <w:b/>
              </w:rPr>
              <w:t>Handtekening</w:t>
            </w:r>
          </w:p>
        </w:tc>
      </w:tr>
      <w:tr>
        <w:tc>
          <w:tcPr>
            <w:tcW w:type="dxa" w:w="5256"/>
          </w:tcPr>
          <w:p>
            <w:r>
              <w:br/>
              <w:br/>
            </w:r>
          </w:p>
        </w:tc>
        <w:tc>
          <w:tcPr>
            <w:tcW w:type="dxa" w:w="5256"/>
          </w:tcPr>
          <w:p>
            <w:r>
              <w:br/>
              <w:br/>
            </w:r>
          </w:p>
        </w:tc>
      </w:tr>
    </w:tbl>
    <w:p/>
    <w:p>
      <w:pPr>
        <w:jc w:val="center"/>
      </w:pPr>
      <w:r>
        <w:rPr>
          <w:b/>
          <w:sz w:val="18"/>
        </w:rPr>
        <w:t>DM-MINIMODE • www.dm-minimode.nl • info@dmoriginal.nl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